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F79B" w14:textId="77777777" w:rsidR="003A4776" w:rsidRPr="00476172" w:rsidRDefault="008A1BB7">
      <w:pPr>
        <w:pStyle w:val="Overskrift1"/>
        <w:jc w:val="center"/>
        <w:rPr>
          <w:color w:val="auto"/>
          <w:lang w:val="da-DK"/>
        </w:rPr>
      </w:pPr>
      <w:r w:rsidRPr="00476172">
        <w:rPr>
          <w:color w:val="auto"/>
          <w:lang w:val="da-DK"/>
        </w:rPr>
        <w:t>Ansøgningsblanket</w:t>
      </w:r>
    </w:p>
    <w:p w14:paraId="2471D7B1" w14:textId="77777777" w:rsidR="003A4776" w:rsidRPr="00476172" w:rsidRDefault="008A1BB7">
      <w:pPr>
        <w:jc w:val="center"/>
        <w:rPr>
          <w:lang w:val="da-DK"/>
        </w:rPr>
      </w:pPr>
      <w:r w:rsidRPr="00476172">
        <w:rPr>
          <w:lang w:val="da-DK"/>
        </w:rPr>
        <w:t>Ansøgning om midler til aktiviteter i Gentofte Provsti 2027–2029</w:t>
      </w:r>
    </w:p>
    <w:p w14:paraId="3E6C67BC" w14:textId="77777777" w:rsidR="003A4776" w:rsidRPr="00476172" w:rsidRDefault="008A1BB7">
      <w:pPr>
        <w:pStyle w:val="Overskrift2"/>
        <w:rPr>
          <w:color w:val="auto"/>
          <w:lang w:val="da-DK"/>
        </w:rPr>
      </w:pPr>
      <w:r w:rsidRPr="00476172">
        <w:rPr>
          <w:color w:val="auto"/>
          <w:lang w:val="da-DK"/>
        </w:rPr>
        <w:t>1. Oplysninger om ansøger</w:t>
      </w:r>
    </w:p>
    <w:p w14:paraId="5FD4673E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Sogn / samarbejde: ________________________________________________</w:t>
      </w:r>
    </w:p>
    <w:p w14:paraId="7289AE74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Kontaktperson: _________________________________________________</w:t>
      </w:r>
    </w:p>
    <w:p w14:paraId="26F69ECA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Stilling/funktion: ______________________________________________</w:t>
      </w:r>
    </w:p>
    <w:p w14:paraId="5E366E98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Telefon: _______________________________________________________</w:t>
      </w:r>
    </w:p>
    <w:p w14:paraId="693D946F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E-mail: ________________________________________________________</w:t>
      </w:r>
    </w:p>
    <w:p w14:paraId="7A7450A5" w14:textId="77777777" w:rsidR="003A4776" w:rsidRPr="00476172" w:rsidRDefault="008A1BB7">
      <w:pPr>
        <w:pStyle w:val="Overskrift2"/>
        <w:rPr>
          <w:color w:val="auto"/>
          <w:lang w:val="da-DK"/>
        </w:rPr>
      </w:pPr>
      <w:r w:rsidRPr="00476172">
        <w:rPr>
          <w:color w:val="auto"/>
          <w:lang w:val="da-DK"/>
        </w:rPr>
        <w:t>2. Oplysninger om projektet</w:t>
      </w:r>
    </w:p>
    <w:p w14:paraId="5B46C07A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Projektets titel: _______________________________________________</w:t>
      </w:r>
    </w:p>
    <w:p w14:paraId="4452EFF2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Projektperiode: Fra ____________ Til ____________</w:t>
      </w:r>
    </w:p>
    <w:p w14:paraId="3CCBF8C5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Kort beskrivelse af projektet (Hvad ønskes gennemført?):</w:t>
      </w:r>
    </w:p>
    <w:p w14:paraId="5F70859C" w14:textId="77777777" w:rsidR="00476172" w:rsidRPr="00476172" w:rsidRDefault="008A1BB7">
      <w:pPr>
        <w:rPr>
          <w:lang w:val="da-DK"/>
        </w:rPr>
      </w:pPr>
      <w:r w:rsidRPr="00476172">
        <w:rPr>
          <w:lang w:val="da-DK"/>
        </w:rPr>
        <w:br/>
      </w:r>
      <w:r w:rsidRPr="00476172">
        <w:rPr>
          <w:lang w:val="da-DK"/>
        </w:rPr>
        <w:br/>
      </w:r>
    </w:p>
    <w:tbl>
      <w:tblPr>
        <w:tblStyle w:val="Tabel-Gitter"/>
        <w:tblW w:w="0" w:type="auto"/>
        <w:tblInd w:w="38" w:type="dxa"/>
        <w:tblLook w:val="04A0" w:firstRow="1" w:lastRow="0" w:firstColumn="1" w:lastColumn="0" w:noHBand="0" w:noVBand="1"/>
      </w:tblPr>
      <w:tblGrid>
        <w:gridCol w:w="8592"/>
      </w:tblGrid>
      <w:tr w:rsidR="00476172" w14:paraId="43F2EADB" w14:textId="77777777" w:rsidTr="00476172">
        <w:tc>
          <w:tcPr>
            <w:tcW w:w="8780" w:type="dxa"/>
          </w:tcPr>
          <w:p w14:paraId="162C7E38" w14:textId="77777777" w:rsidR="00476172" w:rsidRDefault="00476172">
            <w:pPr>
              <w:rPr>
                <w:lang w:val="da-DK"/>
              </w:rPr>
            </w:pPr>
          </w:p>
        </w:tc>
      </w:tr>
    </w:tbl>
    <w:p w14:paraId="78137FF2" w14:textId="1911EAFC" w:rsidR="003A4776" w:rsidRPr="00476172" w:rsidRDefault="008A1BB7">
      <w:pPr>
        <w:rPr>
          <w:lang w:val="da-DK"/>
        </w:rPr>
      </w:pPr>
      <w:r w:rsidRPr="00476172">
        <w:rPr>
          <w:lang w:val="da-DK"/>
        </w:rPr>
        <w:br/>
      </w:r>
    </w:p>
    <w:p w14:paraId="1F2053B6" w14:textId="77777777" w:rsidR="003A4776" w:rsidRPr="00476172" w:rsidRDefault="008A1BB7">
      <w:pPr>
        <w:pStyle w:val="Overskrift2"/>
        <w:rPr>
          <w:color w:val="auto"/>
          <w:lang w:val="da-DK"/>
        </w:rPr>
      </w:pPr>
      <w:r w:rsidRPr="00476172">
        <w:rPr>
          <w:color w:val="auto"/>
          <w:lang w:val="da-DK"/>
        </w:rPr>
        <w:t>3. Formål og målgruppe</w:t>
      </w:r>
    </w:p>
    <w:p w14:paraId="36383D11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Projektets formål (Hvad ønskes opnået?):</w:t>
      </w:r>
    </w:p>
    <w:p w14:paraId="2860C35B" w14:textId="77777777" w:rsidR="00476172" w:rsidRPr="00476172" w:rsidRDefault="008A1BB7">
      <w:pPr>
        <w:rPr>
          <w:lang w:val="da-DK"/>
        </w:rPr>
      </w:pPr>
      <w:r w:rsidRPr="00476172">
        <w:rPr>
          <w:lang w:val="da-DK"/>
        </w:rPr>
        <w:br/>
      </w:r>
    </w:p>
    <w:tbl>
      <w:tblPr>
        <w:tblStyle w:val="Tabel-Gitter"/>
        <w:tblW w:w="0" w:type="auto"/>
        <w:tblInd w:w="38" w:type="dxa"/>
        <w:tblLook w:val="04A0" w:firstRow="1" w:lastRow="0" w:firstColumn="1" w:lastColumn="0" w:noHBand="0" w:noVBand="1"/>
      </w:tblPr>
      <w:tblGrid>
        <w:gridCol w:w="8592"/>
      </w:tblGrid>
      <w:tr w:rsidR="00476172" w14:paraId="328C9302" w14:textId="77777777" w:rsidTr="00476172">
        <w:tc>
          <w:tcPr>
            <w:tcW w:w="8780" w:type="dxa"/>
          </w:tcPr>
          <w:p w14:paraId="7E2A29A5" w14:textId="77777777" w:rsidR="00476172" w:rsidRDefault="00476172">
            <w:pPr>
              <w:rPr>
                <w:lang w:val="da-DK"/>
              </w:rPr>
            </w:pPr>
          </w:p>
        </w:tc>
      </w:tr>
    </w:tbl>
    <w:p w14:paraId="268B87C0" w14:textId="70B344BC" w:rsidR="003A4776" w:rsidRPr="00476172" w:rsidRDefault="008A1BB7">
      <w:pPr>
        <w:rPr>
          <w:lang w:val="da-DK"/>
        </w:rPr>
      </w:pPr>
      <w:r w:rsidRPr="00476172">
        <w:rPr>
          <w:lang w:val="da-DK"/>
        </w:rPr>
        <w:br/>
      </w:r>
      <w:r w:rsidRPr="00476172">
        <w:rPr>
          <w:lang w:val="da-DK"/>
        </w:rPr>
        <w:br/>
      </w:r>
    </w:p>
    <w:p w14:paraId="51E38AAB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Målgruppe (Hvem henvender projektet sig til?):</w:t>
      </w:r>
    </w:p>
    <w:p w14:paraId="5C952028" w14:textId="77777777" w:rsidR="00476172" w:rsidRPr="00476172" w:rsidRDefault="008A1BB7">
      <w:pPr>
        <w:rPr>
          <w:lang w:val="da-DK"/>
        </w:rPr>
      </w:pPr>
      <w:r w:rsidRPr="00476172">
        <w:rPr>
          <w:lang w:val="da-DK"/>
        </w:rPr>
        <w:br/>
      </w:r>
    </w:p>
    <w:tbl>
      <w:tblPr>
        <w:tblStyle w:val="Tabel-Gitter"/>
        <w:tblW w:w="0" w:type="auto"/>
        <w:tblInd w:w="38" w:type="dxa"/>
        <w:tblLook w:val="04A0" w:firstRow="1" w:lastRow="0" w:firstColumn="1" w:lastColumn="0" w:noHBand="0" w:noVBand="1"/>
      </w:tblPr>
      <w:tblGrid>
        <w:gridCol w:w="8592"/>
      </w:tblGrid>
      <w:tr w:rsidR="00476172" w14:paraId="25F9B4BA" w14:textId="77777777" w:rsidTr="00476172">
        <w:tc>
          <w:tcPr>
            <w:tcW w:w="8780" w:type="dxa"/>
          </w:tcPr>
          <w:p w14:paraId="69C78301" w14:textId="77777777" w:rsidR="00476172" w:rsidRDefault="00476172">
            <w:pPr>
              <w:rPr>
                <w:lang w:val="da-DK"/>
              </w:rPr>
            </w:pPr>
          </w:p>
        </w:tc>
      </w:tr>
    </w:tbl>
    <w:p w14:paraId="214BAB9F" w14:textId="41BBCC30" w:rsidR="003A4776" w:rsidRPr="00476172" w:rsidRDefault="008A1BB7">
      <w:pPr>
        <w:rPr>
          <w:lang w:val="da-DK"/>
        </w:rPr>
      </w:pPr>
      <w:r w:rsidRPr="00476172">
        <w:rPr>
          <w:lang w:val="da-DK"/>
        </w:rPr>
        <w:lastRenderedPageBreak/>
        <w:br/>
      </w:r>
    </w:p>
    <w:p w14:paraId="6F03C302" w14:textId="77777777" w:rsidR="003A4776" w:rsidRPr="00476172" w:rsidRDefault="008A1BB7">
      <w:pPr>
        <w:pStyle w:val="Overskrift2"/>
        <w:rPr>
          <w:color w:val="auto"/>
          <w:lang w:val="da-DK"/>
        </w:rPr>
      </w:pPr>
      <w:r w:rsidRPr="00476172">
        <w:rPr>
          <w:color w:val="auto"/>
          <w:lang w:val="da-DK"/>
        </w:rPr>
        <w:t>4. Relevans og udviklingsperspektiv</w:t>
      </w:r>
    </w:p>
    <w:p w14:paraId="7E5D122B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Hvordan understøtter projektet det kirkelige arbejde i Gentofte Provsti?</w:t>
      </w:r>
    </w:p>
    <w:p w14:paraId="15AE0F71" w14:textId="77777777" w:rsidR="00476172" w:rsidRPr="00476172" w:rsidRDefault="008A1BB7">
      <w:pPr>
        <w:rPr>
          <w:lang w:val="da-DK"/>
        </w:rPr>
      </w:pPr>
      <w:r w:rsidRPr="00476172">
        <w:rPr>
          <w:lang w:val="da-DK"/>
        </w:rPr>
        <w:br/>
      </w:r>
    </w:p>
    <w:tbl>
      <w:tblPr>
        <w:tblStyle w:val="Tabel-Gitter"/>
        <w:tblW w:w="0" w:type="auto"/>
        <w:tblInd w:w="38" w:type="dxa"/>
        <w:tblLook w:val="04A0" w:firstRow="1" w:lastRow="0" w:firstColumn="1" w:lastColumn="0" w:noHBand="0" w:noVBand="1"/>
      </w:tblPr>
      <w:tblGrid>
        <w:gridCol w:w="8592"/>
      </w:tblGrid>
      <w:tr w:rsidR="00476172" w14:paraId="4F03F3C4" w14:textId="77777777" w:rsidTr="00476172">
        <w:tc>
          <w:tcPr>
            <w:tcW w:w="8780" w:type="dxa"/>
          </w:tcPr>
          <w:p w14:paraId="14D874C2" w14:textId="77777777" w:rsidR="00476172" w:rsidRDefault="00476172">
            <w:pPr>
              <w:rPr>
                <w:lang w:val="da-DK"/>
              </w:rPr>
            </w:pPr>
          </w:p>
        </w:tc>
      </w:tr>
    </w:tbl>
    <w:p w14:paraId="538EF1EF" w14:textId="39809A59" w:rsidR="003A4776" w:rsidRPr="00476172" w:rsidRDefault="008A1BB7">
      <w:pPr>
        <w:rPr>
          <w:lang w:val="da-DK"/>
        </w:rPr>
      </w:pPr>
      <w:r w:rsidRPr="00476172">
        <w:rPr>
          <w:lang w:val="da-DK"/>
        </w:rPr>
        <w:br/>
      </w:r>
      <w:r w:rsidRPr="00476172">
        <w:rPr>
          <w:lang w:val="da-DK"/>
        </w:rPr>
        <w:br/>
      </w:r>
    </w:p>
    <w:p w14:paraId="2DE43079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Beskriv projektets udviklingsperspektiv og eventuelle muligheder for videreførelse efter projektperioden.</w:t>
      </w:r>
    </w:p>
    <w:p w14:paraId="35F10724" w14:textId="77777777" w:rsidR="00476172" w:rsidRPr="00476172" w:rsidRDefault="008A1BB7">
      <w:pPr>
        <w:rPr>
          <w:lang w:val="da-DK"/>
        </w:rPr>
      </w:pPr>
      <w:r w:rsidRPr="00476172">
        <w:rPr>
          <w:lang w:val="da-DK"/>
        </w:rPr>
        <w:br/>
      </w:r>
    </w:p>
    <w:tbl>
      <w:tblPr>
        <w:tblStyle w:val="Tabel-Gitter"/>
        <w:tblW w:w="0" w:type="auto"/>
        <w:tblInd w:w="38" w:type="dxa"/>
        <w:tblLook w:val="04A0" w:firstRow="1" w:lastRow="0" w:firstColumn="1" w:lastColumn="0" w:noHBand="0" w:noVBand="1"/>
      </w:tblPr>
      <w:tblGrid>
        <w:gridCol w:w="8592"/>
      </w:tblGrid>
      <w:tr w:rsidR="00476172" w14:paraId="449EF3CE" w14:textId="77777777" w:rsidTr="00476172">
        <w:tc>
          <w:tcPr>
            <w:tcW w:w="8780" w:type="dxa"/>
          </w:tcPr>
          <w:p w14:paraId="27495DC4" w14:textId="77777777" w:rsidR="00476172" w:rsidRDefault="00476172">
            <w:pPr>
              <w:rPr>
                <w:lang w:val="da-DK"/>
              </w:rPr>
            </w:pPr>
          </w:p>
        </w:tc>
      </w:tr>
    </w:tbl>
    <w:p w14:paraId="262452D9" w14:textId="488F20FB" w:rsidR="003A4776" w:rsidRPr="00476172" w:rsidRDefault="008A1BB7">
      <w:pPr>
        <w:rPr>
          <w:lang w:val="da-DK"/>
        </w:rPr>
      </w:pPr>
      <w:r w:rsidRPr="00476172">
        <w:rPr>
          <w:lang w:val="da-DK"/>
        </w:rPr>
        <w:br/>
      </w:r>
      <w:r w:rsidRPr="00476172">
        <w:rPr>
          <w:lang w:val="da-DK"/>
        </w:rPr>
        <w:br/>
      </w:r>
    </w:p>
    <w:p w14:paraId="5A8B0DD8" w14:textId="77777777" w:rsidR="003A4776" w:rsidRPr="00476172" w:rsidRDefault="008A1BB7">
      <w:pPr>
        <w:pStyle w:val="Overskrift2"/>
        <w:rPr>
          <w:color w:val="auto"/>
          <w:lang w:val="da-DK"/>
        </w:rPr>
      </w:pPr>
      <w:r w:rsidRPr="00476172">
        <w:rPr>
          <w:color w:val="auto"/>
          <w:lang w:val="da-DK"/>
        </w:rPr>
        <w:t>5. Samarbejde</w:t>
      </w:r>
    </w:p>
    <w:p w14:paraId="239F0E75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Indgår der samarbejde med andre sogne eller samarbejder?  ☐ Ja   ☐ Nej</w:t>
      </w:r>
    </w:p>
    <w:p w14:paraId="27FA6311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Hvis ja, beskriv samarbejdet:</w:t>
      </w:r>
    </w:p>
    <w:tbl>
      <w:tblPr>
        <w:tblStyle w:val="Tabel-Gitter"/>
        <w:tblW w:w="0" w:type="auto"/>
        <w:tblInd w:w="38" w:type="dxa"/>
        <w:tblLook w:val="04A0" w:firstRow="1" w:lastRow="0" w:firstColumn="1" w:lastColumn="0" w:noHBand="0" w:noVBand="1"/>
      </w:tblPr>
      <w:tblGrid>
        <w:gridCol w:w="8592"/>
      </w:tblGrid>
      <w:tr w:rsidR="00476172" w14:paraId="28BBFA3E" w14:textId="77777777" w:rsidTr="00476172">
        <w:tc>
          <w:tcPr>
            <w:tcW w:w="8780" w:type="dxa"/>
          </w:tcPr>
          <w:p w14:paraId="24A9FF83" w14:textId="77777777" w:rsidR="00476172" w:rsidRDefault="00476172">
            <w:pPr>
              <w:rPr>
                <w:lang w:val="da-DK"/>
              </w:rPr>
            </w:pPr>
          </w:p>
        </w:tc>
      </w:tr>
    </w:tbl>
    <w:p w14:paraId="4BB73E5E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br/>
      </w:r>
      <w:r w:rsidRPr="00476172">
        <w:rPr>
          <w:lang w:val="da-DK"/>
        </w:rPr>
        <w:br/>
      </w:r>
    </w:p>
    <w:p w14:paraId="4FE08905" w14:textId="77777777" w:rsidR="003A4776" w:rsidRPr="00476172" w:rsidRDefault="008A1BB7">
      <w:pPr>
        <w:pStyle w:val="Overskrift2"/>
        <w:rPr>
          <w:color w:val="auto"/>
          <w:lang w:val="da-DK"/>
        </w:rPr>
      </w:pPr>
      <w:r w:rsidRPr="00476172">
        <w:rPr>
          <w:color w:val="auto"/>
          <w:lang w:val="da-DK"/>
        </w:rPr>
        <w:t>6. Budget og finansiering</w:t>
      </w:r>
    </w:p>
    <w:p w14:paraId="73F55BBB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Ansøgt beløb pr. år:</w:t>
      </w:r>
    </w:p>
    <w:p w14:paraId="26CD09C0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2027: ____________ kr.</w:t>
      </w:r>
    </w:p>
    <w:p w14:paraId="22FBC51F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2028: ____________ kr.</w:t>
      </w:r>
    </w:p>
    <w:p w14:paraId="2FC5FCD8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2029: ____________ kr.</w:t>
      </w:r>
    </w:p>
    <w:p w14:paraId="5981C85A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Samlet ansøgt beløb: ____________ kr.</w:t>
      </w:r>
    </w:p>
    <w:p w14:paraId="62F01563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Beskriv projektets forventede udgifter:</w:t>
      </w:r>
    </w:p>
    <w:p w14:paraId="2F715800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lastRenderedPageBreak/>
        <w:br/>
      </w:r>
      <w:r w:rsidRPr="00476172">
        <w:rPr>
          <w:lang w:val="da-DK"/>
        </w:rPr>
        <w:br/>
      </w:r>
      <w:r w:rsidRPr="00476172">
        <w:rPr>
          <w:lang w:val="da-DK"/>
        </w:rPr>
        <w:br/>
      </w:r>
    </w:p>
    <w:p w14:paraId="2A49B418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Indgår der anden finansiering eller egne midler?  ☐ Ja   ☐ Nej</w:t>
      </w:r>
    </w:p>
    <w:p w14:paraId="688ECA1E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Hvis ja, beskriv:</w:t>
      </w:r>
    </w:p>
    <w:tbl>
      <w:tblPr>
        <w:tblStyle w:val="Tabel-Gitter"/>
        <w:tblW w:w="0" w:type="auto"/>
        <w:tblInd w:w="38" w:type="dxa"/>
        <w:tblLook w:val="04A0" w:firstRow="1" w:lastRow="0" w:firstColumn="1" w:lastColumn="0" w:noHBand="0" w:noVBand="1"/>
      </w:tblPr>
      <w:tblGrid>
        <w:gridCol w:w="8592"/>
      </w:tblGrid>
      <w:tr w:rsidR="00B847CB" w14:paraId="60AD13AC" w14:textId="77777777" w:rsidTr="00B847CB">
        <w:tc>
          <w:tcPr>
            <w:tcW w:w="8780" w:type="dxa"/>
          </w:tcPr>
          <w:p w14:paraId="05EFEEE9" w14:textId="77777777" w:rsidR="00B847CB" w:rsidRDefault="00B847CB">
            <w:pPr>
              <w:rPr>
                <w:lang w:val="da-DK"/>
              </w:rPr>
            </w:pPr>
          </w:p>
        </w:tc>
      </w:tr>
    </w:tbl>
    <w:p w14:paraId="48ECD317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br/>
      </w:r>
      <w:r w:rsidRPr="00476172">
        <w:rPr>
          <w:lang w:val="da-DK"/>
        </w:rPr>
        <w:br/>
      </w:r>
    </w:p>
    <w:p w14:paraId="406AEC4D" w14:textId="77777777" w:rsidR="003A4776" w:rsidRPr="00476172" w:rsidRDefault="008A1BB7">
      <w:pPr>
        <w:pStyle w:val="Overskrift2"/>
        <w:rPr>
          <w:color w:val="auto"/>
          <w:lang w:val="da-DK"/>
        </w:rPr>
      </w:pPr>
      <w:r w:rsidRPr="00476172">
        <w:rPr>
          <w:color w:val="auto"/>
          <w:lang w:val="da-DK"/>
        </w:rPr>
        <w:t>7. Medarbejderressourcer og ansættelser</w:t>
      </w:r>
    </w:p>
    <w:p w14:paraId="60F822BB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Indgår eksisterende medarbejderressourcer i projektet?  ☐ Ja   ☐ Nej</w:t>
      </w:r>
    </w:p>
    <w:p w14:paraId="2A595B31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Hvis ja, beskriv kort:</w:t>
      </w:r>
    </w:p>
    <w:tbl>
      <w:tblPr>
        <w:tblStyle w:val="Tabel-Gitter"/>
        <w:tblW w:w="0" w:type="auto"/>
        <w:tblInd w:w="38" w:type="dxa"/>
        <w:tblLook w:val="04A0" w:firstRow="1" w:lastRow="0" w:firstColumn="1" w:lastColumn="0" w:noHBand="0" w:noVBand="1"/>
      </w:tblPr>
      <w:tblGrid>
        <w:gridCol w:w="8592"/>
      </w:tblGrid>
      <w:tr w:rsidR="00B847CB" w14:paraId="4F965FD9" w14:textId="77777777" w:rsidTr="00B847CB">
        <w:tc>
          <w:tcPr>
            <w:tcW w:w="8780" w:type="dxa"/>
          </w:tcPr>
          <w:p w14:paraId="734C423F" w14:textId="77777777" w:rsidR="00B847CB" w:rsidRDefault="00B847CB">
            <w:pPr>
              <w:rPr>
                <w:lang w:val="da-DK"/>
              </w:rPr>
            </w:pPr>
          </w:p>
        </w:tc>
      </w:tr>
    </w:tbl>
    <w:p w14:paraId="410C38EC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br/>
      </w:r>
      <w:r w:rsidRPr="00476172">
        <w:rPr>
          <w:lang w:val="da-DK"/>
        </w:rPr>
        <w:br/>
      </w:r>
    </w:p>
    <w:p w14:paraId="0CF09293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Indgår tidsafgrænsede ansættelser i projektet?  ☐ Ja   ☐ Nej</w:t>
      </w:r>
    </w:p>
    <w:p w14:paraId="0433C6E8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Hvis ja, beskriv stilling og periode:</w:t>
      </w:r>
    </w:p>
    <w:p w14:paraId="6F930286" w14:textId="77777777" w:rsidR="00B847CB" w:rsidRPr="00476172" w:rsidRDefault="008A1BB7">
      <w:pPr>
        <w:rPr>
          <w:lang w:val="da-DK"/>
        </w:rPr>
      </w:pPr>
      <w:r w:rsidRPr="00476172">
        <w:rPr>
          <w:lang w:val="da-DK"/>
        </w:rPr>
        <w:br/>
      </w:r>
    </w:p>
    <w:tbl>
      <w:tblPr>
        <w:tblStyle w:val="Tabel-Gitter"/>
        <w:tblW w:w="0" w:type="auto"/>
        <w:tblInd w:w="38" w:type="dxa"/>
        <w:tblLook w:val="04A0" w:firstRow="1" w:lastRow="0" w:firstColumn="1" w:lastColumn="0" w:noHBand="0" w:noVBand="1"/>
      </w:tblPr>
      <w:tblGrid>
        <w:gridCol w:w="8592"/>
      </w:tblGrid>
      <w:tr w:rsidR="00B847CB" w14:paraId="4585D93A" w14:textId="77777777" w:rsidTr="00B847CB">
        <w:tc>
          <w:tcPr>
            <w:tcW w:w="8780" w:type="dxa"/>
          </w:tcPr>
          <w:p w14:paraId="7DB5E101" w14:textId="77777777" w:rsidR="00B847CB" w:rsidRDefault="00B847CB">
            <w:pPr>
              <w:rPr>
                <w:lang w:val="da-DK"/>
              </w:rPr>
            </w:pPr>
          </w:p>
        </w:tc>
      </w:tr>
    </w:tbl>
    <w:p w14:paraId="516259EB" w14:textId="28A8D228" w:rsidR="003A4776" w:rsidRPr="00476172" w:rsidRDefault="008A1BB7">
      <w:pPr>
        <w:rPr>
          <w:lang w:val="da-DK"/>
        </w:rPr>
      </w:pPr>
      <w:r w:rsidRPr="00476172">
        <w:rPr>
          <w:lang w:val="da-DK"/>
        </w:rPr>
        <w:br/>
      </w:r>
    </w:p>
    <w:p w14:paraId="45206995" w14:textId="77777777" w:rsidR="003A4776" w:rsidRPr="00476172" w:rsidRDefault="008A1BB7">
      <w:pPr>
        <w:pStyle w:val="Overskrift2"/>
        <w:rPr>
          <w:color w:val="auto"/>
          <w:lang w:val="da-DK"/>
        </w:rPr>
      </w:pPr>
      <w:r w:rsidRPr="00476172">
        <w:rPr>
          <w:color w:val="auto"/>
          <w:lang w:val="da-DK"/>
        </w:rPr>
        <w:t>8. Erklæring</w:t>
      </w:r>
    </w:p>
    <w:p w14:paraId="077F5179" w14:textId="77777777" w:rsidR="003A4776" w:rsidRPr="00476172" w:rsidRDefault="008A1BB7">
      <w:pPr>
        <w:rPr>
          <w:lang w:val="da-DK"/>
        </w:rPr>
      </w:pPr>
      <w:r w:rsidRPr="00476172">
        <w:rPr>
          <w:lang w:val="da-DK"/>
        </w:rPr>
        <w:t>Undertegnede bekræfter, at oplysningerne i ansøgningen er korrekte, og at projektet gennemføres i overensstemmelse med retningslinjerne for afsatte midler til aktiviteter i Gentofte Provsti 2027–2029.</w:t>
      </w:r>
    </w:p>
    <w:p w14:paraId="3A65485A" w14:textId="77777777" w:rsidR="003A4776" w:rsidRPr="00476172" w:rsidRDefault="003A4776">
      <w:pPr>
        <w:rPr>
          <w:lang w:val="da-DK"/>
        </w:rPr>
      </w:pPr>
    </w:p>
    <w:p w14:paraId="5A9583C7" w14:textId="77777777" w:rsidR="003A4776" w:rsidRPr="00476172" w:rsidRDefault="008A1BB7">
      <w:r w:rsidRPr="00476172">
        <w:t>Dato: ____________________</w:t>
      </w:r>
    </w:p>
    <w:p w14:paraId="34ED5664" w14:textId="77777777" w:rsidR="003A4776" w:rsidRPr="00476172" w:rsidRDefault="008A1BB7">
      <w:r w:rsidRPr="00476172">
        <w:t>Underskrift: ______________________________________</w:t>
      </w:r>
    </w:p>
    <w:sectPr w:rsidR="003A4776" w:rsidRPr="0047617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8363350">
    <w:abstractNumId w:val="8"/>
  </w:num>
  <w:num w:numId="2" w16cid:durableId="1027606653">
    <w:abstractNumId w:val="6"/>
  </w:num>
  <w:num w:numId="3" w16cid:durableId="2066292126">
    <w:abstractNumId w:val="5"/>
  </w:num>
  <w:num w:numId="4" w16cid:durableId="372655123">
    <w:abstractNumId w:val="4"/>
  </w:num>
  <w:num w:numId="5" w16cid:durableId="1748578645">
    <w:abstractNumId w:val="7"/>
  </w:num>
  <w:num w:numId="6" w16cid:durableId="2050572605">
    <w:abstractNumId w:val="3"/>
  </w:num>
  <w:num w:numId="7" w16cid:durableId="146173001">
    <w:abstractNumId w:val="2"/>
  </w:num>
  <w:num w:numId="8" w16cid:durableId="1769160936">
    <w:abstractNumId w:val="1"/>
  </w:num>
  <w:num w:numId="9" w16cid:durableId="71396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4776"/>
    <w:rsid w:val="00476172"/>
    <w:rsid w:val="00843CA8"/>
    <w:rsid w:val="008A1BB7"/>
    <w:rsid w:val="00A7674F"/>
    <w:rsid w:val="00AA1D8D"/>
    <w:rsid w:val="00B47730"/>
    <w:rsid w:val="00B847C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C3014A"/>
  <w14:defaultImageDpi w14:val="300"/>
  <w15:docId w15:val="{CDE9D116-989A-4600-887E-C52F938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Stine Bang</cp:lastModifiedBy>
  <cp:revision>2</cp:revision>
  <dcterms:created xsi:type="dcterms:W3CDTF">2026-05-18T12:06:00Z</dcterms:created>
  <dcterms:modified xsi:type="dcterms:W3CDTF">2026-05-18T12:06:00Z</dcterms:modified>
  <cp:category/>
</cp:coreProperties>
</file>